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צורך, רצון וניהול 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חשוב לחסוך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 קנייה בטוחים ולא בטוחים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אוכל ובגדים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נעלי ספורט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לחשוב אם צריך או רק 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לשמור לקנייה חשובה בעתיד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מבקש פרטי בנק בלי סיבה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לבדוק אם באמת צריך את 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צורך הוא דבר הכרחי לחיים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נשמר כסף לדברים חשובים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מסוכן ועלול לגרום להונאה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נמנעים מקנייה מיותרת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לפעמים המבצע מפתה לקנות דברים מיותרים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היא מיועדת בדיוק לשם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מסוכן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(דבר הכרחי לחיים כמו 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(דבר נעים שאפשר לחיות בלעדיו)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(שמירת כסף למטרה בעתיד)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(הנחה שמפתה לקנות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(לא מבקש פרטים אישיים בלי סיבה)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מצב ומה הוחלט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 המוצר וסיבה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צורך הכרחי לחיים, רצון 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לבדוק אם באמת צריך את הדבר ולא רק רוצים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בקשת פרטי בנק או סיסמה בלי סיבה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בתמונות מהפעילויות (קופת חיסכון, זיכרון תמונות)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לעבוד בזוגות על חלק ההתאמה כדי לעודד שיח ושיתוף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בדוגמאות מהחיים האמיתיים של התלמידים, כמו קניות בקנטינה או באפליקציות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צורך, רצון וניהול 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איך מחליטים אם לקנות משהו, מה ההבדל בין צורך לרצון, ואיך שומרים על בטיחות כשקונים דברים.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'צורך'?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מכונית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 ובגדים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טיול בחופש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'רצון'?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תרופות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נעלי ספורט נוספות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יש לך 10 שקלים, מה כדאי לעשות לפני שקונים ממתק?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לשאול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לחשוב אם צריך או רק רוצים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לזרוק את הכסף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כדאי לשים כסף בקופת חיסכון?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לאבד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לשמור לקנייה חשובה בעתיד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שאף אחד לא 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לבזבז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סימן לכך שאתר קנייה לא בטוח?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בו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כתוב בו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מבקש פרטי בנק בלי סיבה ברורה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בו מבצעים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כדאי לעשות כשרואים מבצע 'קנה אחד קבל שלושה'?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הכל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אם באמת צריך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תמיד מהמבצע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רק חבר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'צורך' זה דבר שאפשר לחיות בלעדיו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זה לשים בצד כסף למטרה עתידית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לתת פרטי כרטיס אשראי לכל אתר שמבקש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קנייה כדאי לעצור רגע ולחשוב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מבצע בחנות הוא תמיד כדאי לקנות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קופת חיסכון עוזרת לשמור כסף לאורך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דבר שאנחנו חייבים כדי לחיות, כמו אוכל ומים,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דבר שנעים לקנות אבל לא הכרחי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כסף ששמים בצד למטרה עתידית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שקונים משהו כדאי __________ רגע ולחשוב אם באמת צריך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אתר שמבקש פרטי בנק בלי סיבה יכול להיות אתר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מבקש פרטים אישיים בלי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שמירת כסף למטרה בעתיד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הנחה שמפתה לקנות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מבצע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דבר נעים שאפשר לחיות בלעדיו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אתר בטוח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 הכרחי לחיים כמו אוכל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פעם שרציתם לקנות משהו אבל עצרתם לחשוב אם באמת צריך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לאיזה דבר הייתם רוצים לחסוך כסף?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לעצור לפני שקונים?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לסימן שאתר קנייה לא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צורך, רצון וניהול כסף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