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צורך, רצון וניהול כסף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צורך לרצון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למה חשוב לחסוך כסף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מצבי קנייה בטוחים ולא בטוחים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רב-ברירה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אוכל ובגדים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 – נעלי ספורט נוספות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לחשוב אם צריך או רק רוצים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כדי לשמור לקנייה חשובה בעתיד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מבקש פרטי בנק בלי סיבה ברורה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לבדוק אם באמת צריך את זה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צורך הוא דבר הכרחי לחיים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נשמר כסף לדברים חשובים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זה מסוכן ועלול לגרום להונאה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נמנעים מקנייה מיותרת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לפעמים המבצע מפתה לקנות דברים מיותרים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היא מיועדת בדיוק לשם כך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צורך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רצון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חיסכון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לעצור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מסוכן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(דבר הכרחי לחיים כמו אוכל)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(דבר נעים שאפשר לחיות בלעדיו)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(שמירת כסף למטרה בעתיד)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(הנחה שמפתה לקנות יותר)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(לא מבקש פרטים אישיים בלי סיבה)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תיאור מצב ומה הוחלט בסוף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שם המוצר וסיבה אישית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צורך הכרחי לחיים, רצון לא הכרחי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לבדוק אם באמת צריך את הדבר ולא רק רוצים אותו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בקשת פרטי בנק או סיסמה בלי סיבה ברורה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להיעזר בתמונות מהפעילויות (קופת חיסכון, זיכרון תמונות) כדי לחזק את ההבנה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לעבוד בזוגות על חלק ההתאמה כדי לעודד שיח ושיתוף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להשתמש בדוגמאות מהחיים האמיתיים של התלמידים, כמו קניות בקנטינה או באפליקציות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צורך, רצון וניהול כסף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נלמד מה זה צורך ומה זה רצון, איך שומרים כסף, ואיך להיות בטוחים כשקונים דברים.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צורך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שחייבים כדי לחיות, כמו אוכל ומים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רצון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נעים לקנות אבל אפשר לחיות בלעדיו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חיסכון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לשים כסף בצד למטרה בעתיד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תקציב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תכנון כמה כסף יש וכמה אפשר להוציא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מבצע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הנחה במחיר שמפתה לקנות יותר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הונאה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רמאות כדי לקחת מישהו כסף או מידע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אתר בטוח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אתר ששומר על הפרטים האישיים שלנו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רב-ברירה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זה דבר שאנחנו חייבים כדי לחיות?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מכונית חדשה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משחק מחשב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אוכל ובגדים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טיול בחופש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זה דבר נעים אבל לא הכרחי?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לחם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תרופות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נעלי ספורט נוספות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כדאי לעשות לפני קנייה קטנה?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לקנות 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לשאול חבר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לחשוב אם צריך או רק רוצים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לזרוק את הכסף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טוב לשמור כסף בצד?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לאבד אותו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לשמור לקנייה חשובה בעתיד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שאף אחד לא ידע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כדי לבזבז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איך מזהים אתר מסוכן?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יש בו תמונות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כתוב בו בעברית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מבקש פרטי בנק בלי סיבה ברורה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יש בו מבצעים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כדאי לבדוק לפני שמנצלים מבצע?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לקנות הכל 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לבדוק אם באמת צריך את 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להתעלם תמיד מהמבצע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לשאול רק חבר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'צורך' זה דבר שאפשר לחיות בלעדיו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חיסכון זה לשים בצד כסף למטרה עתידית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לתת פרטי כרטיס אשראי לכל אתר שמבקש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לפני קנייה כדאי לעצור רגע ולחשוב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מבצע בחנות הוא תמיד כדאי לקנות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קופת חיסכון עוזרת לשמור כסף לאורך זמן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דבר שאנחנו חייבים כדי לחיות, כמו אוכל ומים,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דבר שנעים לקנות אבל לא הכרחי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כסף ששמים בצד למטרה עתידית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לפני שקונים משהו כדאי __________ רגע ולחשוב אם באמת צריך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אתר שמבקש פרטי בנק בלי סיבה יכול להיות אתר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צורך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דבר נעים שאפשר לחיות בלעדיו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רצון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דבר הכרחי לחיים כמו אוכל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חיסכון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הנחה שמפתה לקנות יותר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מבצע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לא מבקש פרטים אישיים בלי סיבה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אתר בטוח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שמירת כסף למטרה בעתיד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ספרו על פעם שרציתם לקנות משהו אבל עצרתם לחשוב אם באמת צריך אותו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לאיזה דבר הייתם רוצים לחסוך כסף? ולמה?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צורך לרצון?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לעצור לפני שקונים?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לסימן שאתר קנייה לא בטוח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צורך, רצון וניהול כסף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