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קנייה בטוחים ולא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 ובגדים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נעלי ספורט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לחשוב אם צריך או רק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 כסף לדברים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נמנעים מקנייה מיותרת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הכרחי לחיים כמו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נעים שאפשר לחיות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(שמירת כסף למטרה בעתיד)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ומה הוחלט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באמת צריך את הדבר ולא רק רוצים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בקשת פרטי בנק או סיסמה בלי סיבה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מהפעילויות (קופת חיסכון, זיכרון תמונות)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בזוגות על חלק ההתאמה כדי לעודד שיח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מהחיים האמיתיים של התלמידים, כמו קניות בקנטינה או באפליקציות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מחליטים אם לקנות משהו, מה ההבדל בין צורך לרצון, ואיך שומרים על בטיחות כשקונים דברים.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רצון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 ובגדים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נעלי ספורט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יש לך 10 שקלים, מה כדאי לעשות לפני שקונים ממתק?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לשאול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לחשוב אם צריך או רק רוצים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'צורך' זה דבר שאפשר לחיות בלעדיו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זה לשים בצד כסף למטרה עתידית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קנייה כדאי לעצור 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שאנחנו חייבים כדי לחיות, כמו אוכל ומים,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שנעים לקנות אבל לא הכרחי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נעים שאפשר לחיות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שמירת כסף למטרה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הכרחי לחיים כמו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שרציתם לקנות משהו אבל עצרתם לחשוב אם באמת צריך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לעצור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